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SOAL MULTIPLE CHOICE</w:t>
      </w:r>
    </w:p>
    <w:p>
      <w:r>
        <w:t>SQ</w:t>
      </w:r>
    </w:p>
    <w:p>
      <w:r>
        <w:t>Ibu kota negara Indonesia adalah...</w:t>
      </w:r>
    </w:p>
    <w:p>
      <w:r>
        <w:t>A. Surabaya</w:t>
      </w:r>
    </w:p>
    <w:p>
      <w:r>
        <w:t>B. Bandung</w:t>
      </w:r>
    </w:p>
    <w:p>
      <w:r>
        <w:t>C. Jakarta</w:t>
      </w:r>
    </w:p>
    <w:p>
      <w:r>
        <w:t>D. Medan</w:t>
      </w:r>
    </w:p>
    <w:p>
      <w:r>
        <w:t>E. Makassar</w:t>
      </w:r>
    </w:p>
    <w:p>
      <w:r>
        <w:t>ANS: C</w:t>
      </w:r>
    </w:p>
    <w:p>
      <w:r>
        <w:t>EQ</w:t>
      </w:r>
    </w:p>
    <w:p/>
    <w:p>
      <w:r>
        <w:t>SQ</w:t>
      </w:r>
    </w:p>
    <w:p>
      <w:r>
        <w:t>Hasil dari $$2^3 + 3^2$$ adalah...</w:t>
      </w:r>
    </w:p>
    <w:p>
      <w:r>
        <w:t>A. 10</w:t>
      </w:r>
    </w:p>
    <w:p>
      <w:r>
        <w:t>B. 12</w:t>
      </w:r>
    </w:p>
    <w:p>
      <w:r>
        <w:t>C. 17</w:t>
      </w:r>
    </w:p>
    <w:p>
      <w:r>
        <w:t>D. 15</w:t>
      </w:r>
    </w:p>
    <w:p>
      <w:r>
        <w:t>E. 20</w:t>
      </w:r>
    </w:p>
    <w:p>
      <w:r>
        <w:t>ANS: C</w:t>
      </w:r>
    </w:p>
    <w:p>
      <w:r>
        <w:t>EQ</w:t>
      </w:r>
    </w:p>
    <w:p/>
    <w:p>
      <w:r>
        <w:t>SQ</w:t>
      </w:r>
    </w:p>
    <w:p>
      <w:r>
        <w:t>Arti dari بِسْمِ اللهِ الرَّحْمَنِ الرَّحِيمِ adalah...</w:t>
      </w:r>
    </w:p>
    <w:p>
      <w:r>
        <w:t>A. Dengan nama Allah yang Maha Pengasih</w:t>
      </w:r>
    </w:p>
    <w:p>
      <w:r>
        <w:t>B. Dengan nama Allah yang Maha Pengasih lagi Maha Penyayang</w:t>
      </w:r>
    </w:p>
    <w:p>
      <w:r>
        <w:t>C. Segala puji bagi Allah</w:t>
      </w:r>
    </w:p>
    <w:p>
      <w:r>
        <w:t>D. Tiada tuhan selain Allah</w:t>
      </w:r>
    </w:p>
    <w:p>
      <w:r>
        <w:t>E. Hanya Allah yang disembah</w:t>
      </w:r>
    </w:p>
    <w:p>
      <w:r>
        <w:t>ANS: B</w:t>
      </w:r>
    </w:p>
    <w:p>
      <w:r>
        <w:t>EQ</w:t>
      </w:r>
    </w:p>
    <w:p/>
    <w:p>
      <w:r>
        <w:t>SQ</w:t>
      </w:r>
    </w:p>
    <w:p>
      <w:r>
        <w:t>Gambar berikut menunjukkan logo dari bahasa pemrograman...</w:t>
      </w:r>
    </w:p>
    <w:p>
      <w:r>
        <w:drawing>
          <wp:inline xmlns:a="http://schemas.openxmlformats.org/drawingml/2006/main" xmlns:pic="http://schemas.openxmlformats.org/drawingml/2006/picture">
            <wp:extent cx="2540000" cy="1905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u_igldr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1905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A. Python</w:t>
      </w:r>
    </w:p>
    <w:p>
      <w:r>
        <w:t>B. Java</w:t>
      </w:r>
    </w:p>
    <w:p>
      <w:r>
        <w:t>C. C++</w:t>
      </w:r>
    </w:p>
    <w:p>
      <w:r>
        <w:t>D. JavaScript</w:t>
      </w:r>
    </w:p>
    <w:p>
      <w:r>
        <w:t>E. Ruby</w:t>
      </w:r>
    </w:p>
    <w:p>
      <w:r>
        <w:t>ANS: B</w:t>
      </w:r>
    </w:p>
    <w:p>
      <w:r>
        <w:t>EQ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